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4958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ly14gon-content-studi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4958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Техническое задание</w:t>
        <w:br/>
        <w:t>для карточки товара</w:t>
      </w:r>
    </w:p>
    <w:p>
      <w:r>
        <w:t>Заполните шаблон и отправьте его в Telegram @poly14gon вместе со ссылкой на фотографии. Тексты и содержание слайдов подготовим на основе информации из вашего ТЗ. Если данных пока нет, оставьте вопрос для обсуждения.</w:t>
      </w:r>
    </w:p>
    <w:p>
      <w:pPr>
        <w:pStyle w:val="Heading1"/>
      </w:pPr>
      <w:r>
        <w:t>Контакт и задача</w:t>
      </w:r>
    </w:p>
    <w:p>
      <w:pPr>
        <w:keepNext/>
      </w:pPr>
      <w:r>
        <w:rPr>
          <w:b/>
        </w:rPr>
        <w:t>Ваше имя и Telegram</w:t>
      </w:r>
    </w:p>
    <w:p>
      <w:pPr>
        <w:spacing w:after="180"/>
      </w:pPr>
      <w:r>
        <w:rPr>
          <w:i/>
          <w:color w:val="6B6B6B"/>
        </w:rPr>
        <w:t>[Контакт для связи]</w:t>
      </w:r>
    </w:p>
    <w:p>
      <w:pPr>
        <w:keepNext/>
      </w:pPr>
      <w:r>
        <w:rPr>
          <w:b/>
        </w:rPr>
        <w:t>Товар и площадка</w:t>
      </w:r>
    </w:p>
    <w:p>
      <w:pPr>
        <w:spacing w:after="180"/>
      </w:pPr>
      <w:r>
        <w:rPr>
          <w:i/>
          <w:color w:val="6B6B6B"/>
        </w:rPr>
        <w:t>[Название товара, артикул, ссылка на карточку; по умолчанию Uzum Market]</w:t>
      </w:r>
    </w:p>
    <w:p>
      <w:pPr>
        <w:keepNext/>
      </w:pPr>
      <w:r>
        <w:rPr>
          <w:b/>
        </w:rPr>
        <w:t>Пакет и количество товаров</w:t>
      </w:r>
    </w:p>
    <w:p>
      <w:pPr>
        <w:spacing w:after="180"/>
      </w:pPr>
      <w:r>
        <w:rPr>
          <w:i/>
          <w:color w:val="6B6B6B"/>
        </w:rPr>
        <w:t>[START — 2 варианта обложки / STANDARD — 10 слайдов / BUSINESS — 8 товаров / другой объём]</w:t>
      </w:r>
    </w:p>
    <w:p>
      <w:pPr>
        <w:keepNext/>
      </w:pPr>
      <w:r>
        <w:rPr>
          <w:b/>
        </w:rPr>
        <w:t>Язык и желаемая дата</w:t>
      </w:r>
    </w:p>
    <w:p>
      <w:pPr>
        <w:spacing w:after="180"/>
      </w:pPr>
      <w:r>
        <w:rPr>
          <w:i/>
          <w:color w:val="6B6B6B"/>
        </w:rPr>
        <w:t>[Русский / узбекский / обе версии; дата желаемой готовности]</w:t>
      </w:r>
    </w:p>
    <w:p>
      <w:pPr>
        <w:pStyle w:val="Heading1"/>
      </w:pPr>
      <w:r>
        <w:t>Факты о товаре</w:t>
      </w:r>
    </w:p>
    <w:p>
      <w:pPr>
        <w:keepNext/>
      </w:pPr>
      <w:r>
        <w:rPr>
          <w:b/>
        </w:rPr>
        <w:t>Покупатель и использование</w:t>
      </w:r>
    </w:p>
    <w:p>
      <w:pPr>
        <w:spacing w:after="180"/>
      </w:pPr>
      <w:r>
        <w:rPr>
          <w:i/>
          <w:color w:val="6B6B6B"/>
        </w:rPr>
        <w:t>[Кому нужен товар, для каких задач и в каких ситуациях]</w:t>
      </w:r>
    </w:p>
    <w:p>
      <w:pPr>
        <w:keepNext/>
      </w:pPr>
      <w:r>
        <w:rPr>
          <w:b/>
        </w:rPr>
        <w:t>Главные преимущества</w:t>
      </w:r>
    </w:p>
    <w:p>
      <w:pPr>
        <w:spacing w:after="180"/>
      </w:pPr>
      <w:r>
        <w:rPr>
          <w:i/>
          <w:color w:val="6B6B6B"/>
        </w:rPr>
        <w:t>[До трёх преимуществ и факты, которыми они подтверждаются]</w:t>
      </w:r>
    </w:p>
    <w:p>
      <w:pPr>
        <w:keepNext/>
      </w:pPr>
      <w:r>
        <w:rPr>
          <w:b/>
        </w:rPr>
        <w:t>Характеристики и комплектация</w:t>
      </w:r>
    </w:p>
    <w:p>
      <w:pPr>
        <w:spacing w:after="180"/>
      </w:pPr>
      <w:r>
        <w:rPr>
          <w:i/>
          <w:color w:val="6B6B6B"/>
        </w:rPr>
        <w:t>[Размеры, материал или состав, цвет, совместимость, объём, что входит в набор]</w:t>
      </w:r>
    </w:p>
    <w:p>
      <w:r>
        <w:br w:type="page"/>
      </w:r>
    </w:p>
    <w:p>
      <w:pPr>
        <w:pStyle w:val="Title"/>
      </w:pPr>
      <w:r>
        <w:t>Материалы и содержание</w:t>
      </w:r>
    </w:p>
    <w:p>
      <w:r>
        <w:t>Один шаблон — для одного товара. Для линейки скопируйте раздел с фактами для каждого артикула. Фотографии и данные должны соответствовать реальному товару.</w:t>
      </w:r>
    </w:p>
    <w:p>
      <w:pPr>
        <w:pStyle w:val="Heading1"/>
      </w:pPr>
      <w:r>
        <w:t>Ссылки на материалы</w:t>
      </w:r>
    </w:p>
    <w:p>
      <w:pPr>
        <w:keepNext/>
      </w:pPr>
      <w:r>
        <w:rPr>
          <w:b/>
        </w:rPr>
        <w:t>Фотографии товара</w:t>
      </w:r>
    </w:p>
    <w:p>
      <w:pPr>
        <w:spacing w:after="180"/>
      </w:pPr>
      <w:r>
        <w:rPr>
          <w:i/>
          <w:color w:val="6B6B6B"/>
        </w:rPr>
        <w:t>[Ссылка на папку с доступом по ссылке; общий вид, детали, комплект, размеры]</w:t>
      </w:r>
    </w:p>
    <w:p>
      <w:pPr>
        <w:keepNext/>
      </w:pPr>
      <w:r>
        <w:rPr>
          <w:b/>
        </w:rPr>
        <w:t>Фирменные материалы и примеры</w:t>
      </w:r>
    </w:p>
    <w:p>
      <w:pPr>
        <w:spacing w:after="180"/>
      </w:pPr>
      <w:r>
        <w:rPr>
          <w:i/>
          <w:color w:val="6B6B6B"/>
        </w:rPr>
        <w:t>[Логотип, брендбук, шрифты; 1–3 примера подачи и что именно в них нравится]</w:t>
      </w:r>
    </w:p>
    <w:p>
      <w:pPr>
        <w:pStyle w:val="Heading1"/>
      </w:pPr>
      <w:r>
        <w:t>Что раскрыть в карточке</w:t>
      </w:r>
    </w:p>
    <w:p>
      <w:pPr>
        <w:keepNext/>
      </w:pPr>
      <w:r>
        <w:rPr>
          <w:b/>
        </w:rPr>
        <w:t>Обложка</w:t>
      </w:r>
    </w:p>
    <w:p>
      <w:pPr>
        <w:spacing w:after="180"/>
      </w:pPr>
      <w:r>
        <w:rPr>
          <w:i/>
          <w:color w:val="6B6B6B"/>
        </w:rPr>
        <w:t>[Какой товар показываем и какое главное преимущество нужно выделить]</w:t>
      </w:r>
    </w:p>
    <w:p>
      <w:pPr>
        <w:keepNext/>
      </w:pPr>
      <w:r>
        <w:rPr>
          <w:b/>
        </w:rPr>
        <w:t>Внутренние слайды</w:t>
      </w:r>
    </w:p>
    <w:p>
      <w:pPr>
        <w:spacing w:after="180"/>
      </w:pPr>
      <w:r>
        <w:rPr>
          <w:i/>
          <w:color w:val="6B6B6B"/>
        </w:rPr>
        <w:t>[Какие особенности, размеры, комплектацию, применение и ответы на вопросы нужно раскрыть; укажите приоритеты]</w:t>
      </w:r>
    </w:p>
    <w:p>
      <w:pPr>
        <w:keepNext/>
      </w:pPr>
      <w:r>
        <w:rPr>
          <w:b/>
        </w:rPr>
        <w:t>Важные детали и ограничения</w:t>
      </w:r>
    </w:p>
    <w:p>
      <w:pPr>
        <w:spacing w:after="180"/>
      </w:pPr>
      <w:r>
        <w:rPr>
          <w:i/>
          <w:color w:val="6B6B6B"/>
        </w:rPr>
        <w:t>[Точные формулировки, уход, совместимость, чего нельзя обещать или показывать]</w:t>
      </w:r>
    </w:p>
    <w:p>
      <w:pPr>
        <w:keepNext/>
      </w:pPr>
      <w:r>
        <w:rPr>
          <w:b/>
        </w:rPr>
        <w:t>Дополнительная работа</w:t>
      </w:r>
    </w:p>
    <w:p>
      <w:pPr>
        <w:spacing w:after="180"/>
      </w:pPr>
      <w:r>
        <w:rPr>
          <w:i/>
          <w:color w:val="6B6B6B"/>
        </w:rPr>
        <w:t>[Для BUSINESS укажите 4 товара для rich-контента Uzum и 4 товара для SEO; для других задач опишите нужный объём]</w:t>
      </w:r>
    </w:p>
    <w:p>
      <w:pPr>
        <w:pStyle w:val="Heading1"/>
      </w:pPr>
      <w:r>
        <w:t>Перед началом работы</w:t>
      </w:r>
    </w:p>
    <w:p>
      <w:r>
        <w:t>Проверим материалы и согласуем состав, стоимость, дату первого макета и готовности. Оплата 50/50 в два этапа; сроки платежей закрепим в предложении. В START передаём оба варианта титульного слайда в разных подачах. Итоговые изображения — JPEG/PNG под выбранную площадку.</w:t>
      </w:r>
    </w:p>
    <w:p>
      <w:pPr>
        <w:pStyle w:val="Heading1"/>
      </w:pPr>
      <w:r>
        <w:t>Дополнительные комментарии</w:t>
      </w:r>
    </w:p>
    <w:p>
      <w:r>
        <w:t>[Пожелания и вопросы]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для карточки товара</dc:title>
  <dc:subject>Шаблон для заполнения клиентом</dc:subject>
  <dc:creator>POLY14GON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